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6C977" w14:textId="77777777" w:rsidR="003D0E83" w:rsidRPr="009B3DF9" w:rsidRDefault="00000000">
      <w:pPr>
        <w:jc w:val="center"/>
        <w:rPr>
          <w:sz w:val="24"/>
          <w:szCs w:val="24"/>
        </w:rPr>
      </w:pPr>
      <w:r w:rsidRPr="009B3DF9">
        <w:rPr>
          <w:b/>
          <w:sz w:val="24"/>
          <w:szCs w:val="24"/>
        </w:rPr>
        <w:t>PEMERINTAH PROVINSI KEPULAUAN RIAU</w:t>
      </w:r>
      <w:r w:rsidRPr="009B3DF9">
        <w:rPr>
          <w:b/>
          <w:sz w:val="24"/>
          <w:szCs w:val="24"/>
        </w:rPr>
        <w:br/>
        <w:t>BADAN PENGEMBANGAN SUMBER DAYA MANUSIA</w:t>
      </w:r>
      <w:r w:rsidRPr="009B3DF9">
        <w:rPr>
          <w:b/>
          <w:sz w:val="24"/>
          <w:szCs w:val="24"/>
        </w:rPr>
        <w:br/>
        <w:t>FORMULIR PERMOHONAN INFORMASI PUBLIK</w:t>
      </w:r>
    </w:p>
    <w:p w14:paraId="747B9D5D" w14:textId="77777777" w:rsidR="003D0E83" w:rsidRPr="009B3DF9" w:rsidRDefault="00000000">
      <w:pPr>
        <w:jc w:val="center"/>
        <w:rPr>
          <w:sz w:val="24"/>
          <w:szCs w:val="24"/>
        </w:rPr>
      </w:pPr>
      <w:r w:rsidRPr="009B3DF9">
        <w:rPr>
          <w:b/>
          <w:sz w:val="24"/>
          <w:szCs w:val="24"/>
        </w:rPr>
        <w:t>Nomor Pendaftaran: ______________________________</w:t>
      </w:r>
    </w:p>
    <w:p w14:paraId="4550EF66" w14:textId="77777777" w:rsidR="003D0E83" w:rsidRDefault="00000000" w:rsidP="007059FA">
      <w:r>
        <w:t>A. IDENTITAS PEMOHON INFORMASI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92"/>
        <w:gridCol w:w="2238"/>
        <w:gridCol w:w="7224"/>
      </w:tblGrid>
      <w:tr w:rsidR="003D0E83" w14:paraId="549E0138" w14:textId="77777777" w:rsidTr="007059FA">
        <w:trPr>
          <w:jc w:val="center"/>
        </w:trPr>
        <w:tc>
          <w:tcPr>
            <w:tcW w:w="207" w:type="pct"/>
            <w:vAlign w:val="center"/>
          </w:tcPr>
          <w:p w14:paraId="4CFCE436" w14:textId="77777777" w:rsidR="003D0E83" w:rsidRDefault="00000000">
            <w:r>
              <w:t>1.</w:t>
            </w:r>
          </w:p>
        </w:tc>
        <w:tc>
          <w:tcPr>
            <w:tcW w:w="1272" w:type="pct"/>
            <w:vAlign w:val="center"/>
          </w:tcPr>
          <w:p w14:paraId="1CCBC263" w14:textId="77777777" w:rsidR="003D0E83" w:rsidRDefault="00000000">
            <w:r>
              <w:t>Nama Lengkap</w:t>
            </w:r>
          </w:p>
        </w:tc>
        <w:tc>
          <w:tcPr>
            <w:tcW w:w="3521" w:type="pct"/>
            <w:vAlign w:val="center"/>
          </w:tcPr>
          <w:p w14:paraId="4FED107A" w14:textId="6DE44FEC" w:rsidR="003D0E83" w:rsidRPr="009B3DF9" w:rsidRDefault="003D0E83"/>
        </w:tc>
      </w:tr>
      <w:tr w:rsidR="003D0E83" w14:paraId="279E9A6A" w14:textId="77777777" w:rsidTr="007059FA">
        <w:trPr>
          <w:jc w:val="center"/>
        </w:trPr>
        <w:tc>
          <w:tcPr>
            <w:tcW w:w="207" w:type="pct"/>
            <w:vAlign w:val="center"/>
          </w:tcPr>
          <w:p w14:paraId="4CA1A692" w14:textId="77777777" w:rsidR="003D0E83" w:rsidRDefault="00000000">
            <w:r>
              <w:t>2.</w:t>
            </w:r>
          </w:p>
        </w:tc>
        <w:tc>
          <w:tcPr>
            <w:tcW w:w="1272" w:type="pct"/>
            <w:vAlign w:val="center"/>
          </w:tcPr>
          <w:p w14:paraId="70801816" w14:textId="77777777" w:rsidR="003D0E83" w:rsidRDefault="00000000">
            <w:r>
              <w:t>NIK/Identitas</w:t>
            </w:r>
          </w:p>
        </w:tc>
        <w:tc>
          <w:tcPr>
            <w:tcW w:w="3521" w:type="pct"/>
            <w:vAlign w:val="center"/>
          </w:tcPr>
          <w:p w14:paraId="7D28F727" w14:textId="0C6151BC" w:rsidR="003D0E83" w:rsidRPr="009B3DF9" w:rsidRDefault="003D0E83"/>
        </w:tc>
      </w:tr>
      <w:tr w:rsidR="003D0E83" w14:paraId="3BD13D25" w14:textId="77777777" w:rsidTr="007059FA">
        <w:trPr>
          <w:jc w:val="center"/>
        </w:trPr>
        <w:tc>
          <w:tcPr>
            <w:tcW w:w="207" w:type="pct"/>
            <w:vAlign w:val="center"/>
          </w:tcPr>
          <w:p w14:paraId="0A96A91B" w14:textId="77777777" w:rsidR="003D0E83" w:rsidRDefault="00000000">
            <w:r>
              <w:t>3.</w:t>
            </w:r>
          </w:p>
        </w:tc>
        <w:tc>
          <w:tcPr>
            <w:tcW w:w="1272" w:type="pct"/>
            <w:vAlign w:val="center"/>
          </w:tcPr>
          <w:p w14:paraId="50E2270E" w14:textId="77777777" w:rsidR="003D0E83" w:rsidRDefault="00000000">
            <w:r>
              <w:t>Alamat</w:t>
            </w:r>
          </w:p>
        </w:tc>
        <w:tc>
          <w:tcPr>
            <w:tcW w:w="3521" w:type="pct"/>
            <w:vAlign w:val="center"/>
          </w:tcPr>
          <w:p w14:paraId="0F013169" w14:textId="410935B0" w:rsidR="003D0E83" w:rsidRPr="009B3DF9" w:rsidRDefault="00000000">
            <w:r w:rsidRPr="009B3DF9">
              <w:rPr>
                <w:color w:val="FFFFFF" w:themeColor="background1"/>
              </w:rPr>
              <w:t>____________________________________________________________</w:t>
            </w:r>
            <w:r w:rsidRPr="009B3DF9">
              <w:br/>
            </w:r>
          </w:p>
        </w:tc>
      </w:tr>
      <w:tr w:rsidR="003D0E83" w14:paraId="1F50A917" w14:textId="77777777" w:rsidTr="007059FA">
        <w:trPr>
          <w:jc w:val="center"/>
        </w:trPr>
        <w:tc>
          <w:tcPr>
            <w:tcW w:w="207" w:type="pct"/>
            <w:vAlign w:val="center"/>
          </w:tcPr>
          <w:p w14:paraId="65239087" w14:textId="77777777" w:rsidR="003D0E83" w:rsidRDefault="00000000">
            <w:r>
              <w:t>4.</w:t>
            </w:r>
          </w:p>
        </w:tc>
        <w:tc>
          <w:tcPr>
            <w:tcW w:w="1272" w:type="pct"/>
            <w:vAlign w:val="center"/>
          </w:tcPr>
          <w:p w14:paraId="206C6DF3" w14:textId="77777777" w:rsidR="003D0E83" w:rsidRDefault="00000000">
            <w:r>
              <w:t>Nomor Telepon/HP</w:t>
            </w:r>
          </w:p>
        </w:tc>
        <w:tc>
          <w:tcPr>
            <w:tcW w:w="3521" w:type="pct"/>
            <w:vAlign w:val="center"/>
          </w:tcPr>
          <w:p w14:paraId="7AC2D41F" w14:textId="0C893E77" w:rsidR="003D0E83" w:rsidRPr="009B3DF9" w:rsidRDefault="003D0E83"/>
        </w:tc>
      </w:tr>
      <w:tr w:rsidR="003D0E83" w14:paraId="1D37B528" w14:textId="77777777" w:rsidTr="007059FA">
        <w:trPr>
          <w:jc w:val="center"/>
        </w:trPr>
        <w:tc>
          <w:tcPr>
            <w:tcW w:w="207" w:type="pct"/>
            <w:vAlign w:val="center"/>
          </w:tcPr>
          <w:p w14:paraId="7473ACB2" w14:textId="77777777" w:rsidR="003D0E83" w:rsidRDefault="00000000">
            <w:r>
              <w:t>5.</w:t>
            </w:r>
          </w:p>
        </w:tc>
        <w:tc>
          <w:tcPr>
            <w:tcW w:w="1272" w:type="pct"/>
            <w:vAlign w:val="center"/>
          </w:tcPr>
          <w:p w14:paraId="14B52499" w14:textId="77777777" w:rsidR="003D0E83" w:rsidRDefault="00000000">
            <w:r>
              <w:t>Email</w:t>
            </w:r>
          </w:p>
        </w:tc>
        <w:tc>
          <w:tcPr>
            <w:tcW w:w="3521" w:type="pct"/>
            <w:vAlign w:val="center"/>
          </w:tcPr>
          <w:p w14:paraId="0449C5D8" w14:textId="082E124E" w:rsidR="003D0E83" w:rsidRPr="009B3DF9" w:rsidRDefault="003D0E83"/>
        </w:tc>
      </w:tr>
      <w:tr w:rsidR="003D0E83" w14:paraId="2F3C22EF" w14:textId="77777777" w:rsidTr="007059FA">
        <w:trPr>
          <w:jc w:val="center"/>
        </w:trPr>
        <w:tc>
          <w:tcPr>
            <w:tcW w:w="207" w:type="pct"/>
            <w:vAlign w:val="center"/>
          </w:tcPr>
          <w:p w14:paraId="7D2D7028" w14:textId="77777777" w:rsidR="003D0E83" w:rsidRDefault="00000000">
            <w:r>
              <w:t>6.</w:t>
            </w:r>
          </w:p>
        </w:tc>
        <w:tc>
          <w:tcPr>
            <w:tcW w:w="1272" w:type="pct"/>
            <w:vAlign w:val="center"/>
          </w:tcPr>
          <w:p w14:paraId="5334AA50" w14:textId="77777777" w:rsidR="003D0E83" w:rsidRDefault="00000000">
            <w:r>
              <w:t>Pekerjaan</w:t>
            </w:r>
          </w:p>
        </w:tc>
        <w:tc>
          <w:tcPr>
            <w:tcW w:w="3521" w:type="pct"/>
            <w:vAlign w:val="center"/>
          </w:tcPr>
          <w:p w14:paraId="26769B9A" w14:textId="6A810137" w:rsidR="003D0E83" w:rsidRPr="009B3DF9" w:rsidRDefault="003D0E83"/>
        </w:tc>
      </w:tr>
      <w:tr w:rsidR="003D0E83" w14:paraId="53D48F7E" w14:textId="77777777" w:rsidTr="007059FA">
        <w:trPr>
          <w:jc w:val="center"/>
        </w:trPr>
        <w:tc>
          <w:tcPr>
            <w:tcW w:w="207" w:type="pct"/>
            <w:vAlign w:val="center"/>
          </w:tcPr>
          <w:p w14:paraId="3115094F" w14:textId="77777777" w:rsidR="003D0E83" w:rsidRDefault="00000000">
            <w:r>
              <w:t>7.</w:t>
            </w:r>
          </w:p>
        </w:tc>
        <w:tc>
          <w:tcPr>
            <w:tcW w:w="1272" w:type="pct"/>
            <w:vAlign w:val="center"/>
          </w:tcPr>
          <w:p w14:paraId="0F12F76A" w14:textId="77777777" w:rsidR="003D0E83" w:rsidRDefault="00000000">
            <w:r>
              <w:t>Nama Organisasi/Lembaga (jika ada)</w:t>
            </w:r>
          </w:p>
        </w:tc>
        <w:tc>
          <w:tcPr>
            <w:tcW w:w="3521" w:type="pct"/>
            <w:vAlign w:val="center"/>
          </w:tcPr>
          <w:p w14:paraId="65AA5D92" w14:textId="721894BC" w:rsidR="003D0E83" w:rsidRPr="009B3DF9" w:rsidRDefault="003D0E83"/>
        </w:tc>
      </w:tr>
    </w:tbl>
    <w:p w14:paraId="7B1FBAFF" w14:textId="77777777" w:rsidR="009B3DF9" w:rsidRDefault="009B3DF9" w:rsidP="009B3DF9">
      <w:pPr>
        <w:ind w:left="-142"/>
      </w:pPr>
    </w:p>
    <w:p w14:paraId="1C91AC5E" w14:textId="715F968E" w:rsidR="003D0E83" w:rsidRDefault="00000000" w:rsidP="009B3DF9">
      <w:pPr>
        <w:ind w:left="-142"/>
      </w:pPr>
      <w:r>
        <w:t>B. INFORMASI PUBLIK YANG DIMOHON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92"/>
        <w:gridCol w:w="9462"/>
      </w:tblGrid>
      <w:tr w:rsidR="003D0E83" w14:paraId="19E5E696" w14:textId="77777777" w:rsidTr="007059FA">
        <w:trPr>
          <w:jc w:val="center"/>
        </w:trPr>
        <w:tc>
          <w:tcPr>
            <w:tcW w:w="199" w:type="pct"/>
          </w:tcPr>
          <w:p w14:paraId="1B8E5297" w14:textId="77777777" w:rsidR="003D0E83" w:rsidRDefault="00000000">
            <w:r>
              <w:t>1.</w:t>
            </w:r>
          </w:p>
        </w:tc>
        <w:tc>
          <w:tcPr>
            <w:tcW w:w="4801" w:type="pct"/>
          </w:tcPr>
          <w:p w14:paraId="3E03266D" w14:textId="3479987F" w:rsidR="003D0E83" w:rsidRDefault="00000000">
            <w:r>
              <w:t>Rincian informasi yang dimohon:</w:t>
            </w:r>
            <w:r>
              <w:br/>
            </w:r>
            <w:r>
              <w:br/>
            </w:r>
            <w:r>
              <w:br/>
            </w:r>
          </w:p>
        </w:tc>
      </w:tr>
      <w:tr w:rsidR="003D0E83" w14:paraId="3B0F20F2" w14:textId="77777777" w:rsidTr="007059FA">
        <w:trPr>
          <w:jc w:val="center"/>
        </w:trPr>
        <w:tc>
          <w:tcPr>
            <w:tcW w:w="199" w:type="pct"/>
          </w:tcPr>
          <w:p w14:paraId="23CBCACE" w14:textId="77777777" w:rsidR="003D0E83" w:rsidRDefault="00000000">
            <w:r>
              <w:t>2.</w:t>
            </w:r>
          </w:p>
        </w:tc>
        <w:tc>
          <w:tcPr>
            <w:tcW w:w="4801" w:type="pct"/>
          </w:tcPr>
          <w:p w14:paraId="5C301128" w14:textId="03B97B4E" w:rsidR="003D0E83" w:rsidRDefault="00000000">
            <w:r>
              <w:t>Tujuan penggunaan informasi:</w:t>
            </w:r>
            <w:r>
              <w:br/>
            </w:r>
            <w:r>
              <w:br/>
            </w:r>
            <w:r>
              <w:br/>
            </w:r>
          </w:p>
        </w:tc>
      </w:tr>
      <w:tr w:rsidR="003D0E83" w14:paraId="58AAD913" w14:textId="77777777" w:rsidTr="007059FA">
        <w:trPr>
          <w:jc w:val="center"/>
        </w:trPr>
        <w:tc>
          <w:tcPr>
            <w:tcW w:w="199" w:type="pct"/>
          </w:tcPr>
          <w:p w14:paraId="4E6FAF97" w14:textId="77777777" w:rsidR="003D0E83" w:rsidRDefault="00000000">
            <w:r>
              <w:t>3.</w:t>
            </w:r>
          </w:p>
        </w:tc>
        <w:tc>
          <w:tcPr>
            <w:tcW w:w="4801" w:type="pct"/>
          </w:tcPr>
          <w:p w14:paraId="2DB01F3B" w14:textId="77777777" w:rsidR="003D0E83" w:rsidRDefault="00000000">
            <w:r>
              <w:t>Cara memperoleh informasi yang diinginkan:</w:t>
            </w:r>
            <w:r>
              <w:br/>
              <w:t>□ Melihat/membaca  □ Mendengarkan  □ Mencatat  □ Mendapatkan salinan</w:t>
            </w:r>
          </w:p>
        </w:tc>
      </w:tr>
      <w:tr w:rsidR="003D0E83" w14:paraId="10D6F75E" w14:textId="77777777" w:rsidTr="007059FA">
        <w:trPr>
          <w:jc w:val="center"/>
        </w:trPr>
        <w:tc>
          <w:tcPr>
            <w:tcW w:w="199" w:type="pct"/>
          </w:tcPr>
          <w:p w14:paraId="2D56820C" w14:textId="77777777" w:rsidR="003D0E83" w:rsidRDefault="00000000">
            <w:r>
              <w:t>4.</w:t>
            </w:r>
          </w:p>
        </w:tc>
        <w:tc>
          <w:tcPr>
            <w:tcW w:w="4801" w:type="pct"/>
          </w:tcPr>
          <w:p w14:paraId="6AC7DF86" w14:textId="77777777" w:rsidR="003D0E83" w:rsidRDefault="00000000">
            <w:r>
              <w:t>Cara mendapatkan salinan informasi:</w:t>
            </w:r>
            <w:r>
              <w:br/>
              <w:t>□ Mengambil langsung  □ Kurir  □ Pos  □ Faksimile  □ Email</w:t>
            </w:r>
          </w:p>
        </w:tc>
      </w:tr>
    </w:tbl>
    <w:p w14:paraId="7874E4F1" w14:textId="77777777" w:rsidR="009B3DF9" w:rsidRDefault="009B3DF9" w:rsidP="009B3DF9">
      <w:pPr>
        <w:ind w:left="-142"/>
      </w:pPr>
    </w:p>
    <w:p w14:paraId="1C089B5F" w14:textId="77777777" w:rsidR="009B3DF9" w:rsidRDefault="00000000" w:rsidP="009B3DF9">
      <w:pPr>
        <w:ind w:left="-142"/>
      </w:pPr>
      <w:r>
        <w:t>C. PERNYATAAN PEMOHON</w:t>
      </w:r>
    </w:p>
    <w:p w14:paraId="6C20ADCB" w14:textId="77777777" w:rsidR="009B3DF9" w:rsidRDefault="00000000" w:rsidP="009B3DF9">
      <w:pPr>
        <w:ind w:left="142"/>
        <w:jc w:val="both"/>
      </w:pPr>
      <w:r>
        <w:t xml:space="preserve">Dengan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informasi yang saya minta akan digunakan sesuai dengan ketentuan peraturan perundang-undangan yang berlaku. Saya bersedia memenuhi biaya penggandaan dan/atau pengiriman informasi apabila diperlukan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 w:rsidR="009B3DF9">
        <w:t>.</w:t>
      </w:r>
    </w:p>
    <w:p w14:paraId="227B8052" w14:textId="768D0BBF" w:rsidR="009B3DF9" w:rsidRDefault="009B3DF9" w:rsidP="009B3DF9">
      <w:pPr>
        <w:ind w:left="142"/>
        <w:jc w:val="both"/>
        <w:sectPr w:rsidR="009B3DF9" w:rsidSect="007059FA">
          <w:headerReference w:type="default" r:id="rId8"/>
          <w:pgSz w:w="11906" w:h="16838" w:code="9"/>
          <w:pgMar w:top="1020" w:right="1134" w:bottom="1020" w:left="1134" w:header="284" w:footer="720" w:gutter="0"/>
          <w:cols w:space="720"/>
          <w:docGrid w:linePitch="360"/>
        </w:sectPr>
      </w:pPr>
    </w:p>
    <w:p w14:paraId="5335B4E7" w14:textId="1A4A67E5" w:rsidR="003D0E83" w:rsidRDefault="00000000">
      <w:r>
        <w:lastRenderedPageBreak/>
        <w:br/>
        <w:t>D. PETUGAS PELAYANAN INFORMASI PUBLIK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1"/>
        <w:gridCol w:w="6935"/>
      </w:tblGrid>
      <w:tr w:rsidR="003D0E83" w14:paraId="33DE7D30" w14:textId="77777777" w:rsidTr="009B3DF9">
        <w:trPr>
          <w:jc w:val="center"/>
        </w:trPr>
        <w:tc>
          <w:tcPr>
            <w:tcW w:w="2376" w:type="dxa"/>
          </w:tcPr>
          <w:p w14:paraId="4E69EE44" w14:textId="77777777" w:rsidR="003D0E83" w:rsidRDefault="00000000">
            <w:r>
              <w:t xml:space="preserve">Nama </w:t>
            </w:r>
            <w:proofErr w:type="spellStart"/>
            <w:r>
              <w:t>Petugas</w:t>
            </w:r>
            <w:proofErr w:type="spellEnd"/>
          </w:p>
        </w:tc>
        <w:tc>
          <w:tcPr>
            <w:tcW w:w="7224" w:type="dxa"/>
          </w:tcPr>
          <w:p w14:paraId="50E67334" w14:textId="3CB8313E" w:rsidR="003D0E83" w:rsidRDefault="003D0E83"/>
        </w:tc>
      </w:tr>
      <w:tr w:rsidR="003D0E83" w14:paraId="2D456DA6" w14:textId="77777777" w:rsidTr="009B3DF9">
        <w:trPr>
          <w:jc w:val="center"/>
        </w:trPr>
        <w:tc>
          <w:tcPr>
            <w:tcW w:w="2376" w:type="dxa"/>
          </w:tcPr>
          <w:p w14:paraId="79757878" w14:textId="77777777" w:rsidR="003D0E83" w:rsidRDefault="00000000">
            <w:r>
              <w:t>Nomor Pendaftaran</w:t>
            </w:r>
          </w:p>
        </w:tc>
        <w:tc>
          <w:tcPr>
            <w:tcW w:w="7224" w:type="dxa"/>
          </w:tcPr>
          <w:p w14:paraId="2A9B9239" w14:textId="0145F1F7" w:rsidR="003D0E83" w:rsidRDefault="003D0E83"/>
        </w:tc>
      </w:tr>
      <w:tr w:rsidR="003D0E83" w14:paraId="7CB601E6" w14:textId="77777777" w:rsidTr="009B3DF9">
        <w:trPr>
          <w:jc w:val="center"/>
        </w:trPr>
        <w:tc>
          <w:tcPr>
            <w:tcW w:w="2376" w:type="dxa"/>
          </w:tcPr>
          <w:p w14:paraId="5B8C4415" w14:textId="77777777" w:rsidR="003D0E83" w:rsidRDefault="00000000">
            <w:r>
              <w:t>Tanggal Permohonan</w:t>
            </w:r>
          </w:p>
        </w:tc>
        <w:tc>
          <w:tcPr>
            <w:tcW w:w="7224" w:type="dxa"/>
          </w:tcPr>
          <w:p w14:paraId="2F1CBE1C" w14:textId="77777777" w:rsidR="003D0E83" w:rsidRDefault="00000000">
            <w:r>
              <w:t>____ / ____ / ________</w:t>
            </w:r>
          </w:p>
        </w:tc>
      </w:tr>
      <w:tr w:rsidR="003D0E83" w14:paraId="3B327203" w14:textId="77777777" w:rsidTr="009B3DF9">
        <w:trPr>
          <w:jc w:val="center"/>
        </w:trPr>
        <w:tc>
          <w:tcPr>
            <w:tcW w:w="2376" w:type="dxa"/>
          </w:tcPr>
          <w:p w14:paraId="6D73CA90" w14:textId="77777777" w:rsidR="003D0E83" w:rsidRDefault="00000000">
            <w:r>
              <w:t>Keterangan</w:t>
            </w:r>
          </w:p>
        </w:tc>
        <w:tc>
          <w:tcPr>
            <w:tcW w:w="7224" w:type="dxa"/>
          </w:tcPr>
          <w:p w14:paraId="0E2EF9D1" w14:textId="73604D6B" w:rsidR="003D0E83" w:rsidRDefault="003D0E83"/>
        </w:tc>
      </w:tr>
    </w:tbl>
    <w:p w14:paraId="194CA194" w14:textId="77777777" w:rsidR="003D0E83" w:rsidRDefault="00000000">
      <w: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3D0E83" w14:paraId="05CB7477" w14:textId="77777777" w:rsidTr="009B3DF9">
        <w:trPr>
          <w:jc w:val="center"/>
        </w:trPr>
        <w:tc>
          <w:tcPr>
            <w:tcW w:w="4535" w:type="dxa"/>
            <w:vAlign w:val="center"/>
          </w:tcPr>
          <w:p w14:paraId="3C01CF45" w14:textId="77777777" w:rsidR="009B3DF9" w:rsidRDefault="009B3DF9">
            <w:r>
              <w:t xml:space="preserve">          </w:t>
            </w:r>
            <w:proofErr w:type="spellStart"/>
            <w:r w:rsidR="00000000">
              <w:t>Pemohon</w:t>
            </w:r>
            <w:proofErr w:type="spellEnd"/>
            <w:r w:rsidR="00000000">
              <w:t xml:space="preserve"> </w:t>
            </w:r>
            <w:proofErr w:type="spellStart"/>
            <w:r w:rsidR="00000000">
              <w:t>Informasi</w:t>
            </w:r>
            <w:proofErr w:type="spellEnd"/>
            <w:r w:rsidR="00000000">
              <w:t xml:space="preserve"> Publik,</w:t>
            </w:r>
            <w:r w:rsidR="00000000">
              <w:br/>
            </w:r>
            <w:r w:rsidR="00000000">
              <w:br/>
            </w:r>
            <w:r w:rsidR="00000000">
              <w:br/>
            </w:r>
          </w:p>
          <w:p w14:paraId="2BDF5EFE" w14:textId="20176170" w:rsidR="003D0E83" w:rsidRDefault="00000000">
            <w:r>
              <w:br/>
              <w:t>(______________________________)</w:t>
            </w:r>
          </w:p>
        </w:tc>
        <w:tc>
          <w:tcPr>
            <w:tcW w:w="4535" w:type="dxa"/>
            <w:vAlign w:val="center"/>
          </w:tcPr>
          <w:p w14:paraId="5CEA359B" w14:textId="77777777" w:rsidR="009B3DF9" w:rsidRDefault="009B3DF9">
            <w:r>
              <w:t xml:space="preserve">       </w:t>
            </w:r>
            <w:proofErr w:type="spellStart"/>
            <w:r w:rsidR="00000000">
              <w:t>Petugas</w:t>
            </w:r>
            <w:proofErr w:type="spellEnd"/>
            <w:r w:rsidR="00000000">
              <w:t xml:space="preserve"> </w:t>
            </w:r>
            <w:proofErr w:type="spellStart"/>
            <w:r w:rsidR="00000000">
              <w:t>Pelayanan</w:t>
            </w:r>
            <w:proofErr w:type="spellEnd"/>
            <w:r w:rsidR="00000000">
              <w:t xml:space="preserve"> </w:t>
            </w:r>
            <w:proofErr w:type="spellStart"/>
            <w:r w:rsidR="00000000">
              <w:t>Informasi</w:t>
            </w:r>
            <w:proofErr w:type="spellEnd"/>
            <w:r w:rsidR="00000000">
              <w:t>,</w:t>
            </w:r>
            <w:r w:rsidR="00000000">
              <w:br/>
            </w:r>
          </w:p>
          <w:p w14:paraId="334C00E7" w14:textId="540EF56D" w:rsidR="003D0E83" w:rsidRDefault="00000000">
            <w:r>
              <w:br/>
            </w:r>
            <w:r>
              <w:br/>
            </w:r>
            <w:r>
              <w:br/>
              <w:t>(______________________________)</w:t>
            </w:r>
          </w:p>
        </w:tc>
      </w:tr>
    </w:tbl>
    <w:p w14:paraId="693FA4D6" w14:textId="77777777" w:rsidR="003D0E83" w:rsidRDefault="00000000">
      <w:pPr>
        <w:jc w:val="center"/>
      </w:pPr>
      <w:r>
        <w:rPr>
          <w:i/>
          <w:sz w:val="16"/>
        </w:rPr>
        <w:t>Catatan: Formulir ini dapat disesuaikan dengan standar pelayanan informasi publik dan SOP PPID Pemerintah Provinsi Kepulauan Riau.</w:t>
      </w:r>
    </w:p>
    <w:sectPr w:rsidR="003D0E83" w:rsidSect="007059FA">
      <w:pgSz w:w="11906" w:h="16838" w:code="9"/>
      <w:pgMar w:top="1020" w:right="1134" w:bottom="1020" w:left="1134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BE7E8" w14:textId="77777777" w:rsidR="00606FF6" w:rsidRDefault="00606FF6" w:rsidP="009B3DF9">
      <w:pPr>
        <w:spacing w:after="0" w:line="240" w:lineRule="auto"/>
      </w:pPr>
      <w:r>
        <w:separator/>
      </w:r>
    </w:p>
  </w:endnote>
  <w:endnote w:type="continuationSeparator" w:id="0">
    <w:p w14:paraId="6CD01DED" w14:textId="77777777" w:rsidR="00606FF6" w:rsidRDefault="00606FF6" w:rsidP="009B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82D88" w14:textId="77777777" w:rsidR="00606FF6" w:rsidRDefault="00606FF6" w:rsidP="009B3DF9">
      <w:pPr>
        <w:spacing w:after="0" w:line="240" w:lineRule="auto"/>
      </w:pPr>
      <w:r>
        <w:separator/>
      </w:r>
    </w:p>
  </w:footnote>
  <w:footnote w:type="continuationSeparator" w:id="0">
    <w:p w14:paraId="1A1D2599" w14:textId="77777777" w:rsidR="00606FF6" w:rsidRDefault="00606FF6" w:rsidP="009B3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AEE6" w14:textId="77777777" w:rsidR="009B3DF9" w:rsidRPr="009B3DF9" w:rsidRDefault="009B3DF9" w:rsidP="009B3DF9">
    <w:pPr>
      <w:spacing w:after="0" w:line="240" w:lineRule="auto"/>
      <w:ind w:left="993" w:right="-235" w:hanging="2"/>
      <w:jc w:val="center"/>
      <w:rPr>
        <w:rFonts w:eastAsia="Times New Roman" w:cs="Arial"/>
        <w:b/>
        <w:sz w:val="28"/>
        <w:szCs w:val="28"/>
      </w:rPr>
    </w:pPr>
    <w:r w:rsidRPr="009B3DF9">
      <w:rPr>
        <w:rFonts w:eastAsia="Times New Roman" w:cs="Arial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7D521E5C" wp14:editId="5263A655">
          <wp:simplePos x="0" y="0"/>
          <wp:positionH relativeFrom="column">
            <wp:posOffset>-38735</wp:posOffset>
          </wp:positionH>
          <wp:positionV relativeFrom="paragraph">
            <wp:posOffset>14923</wp:posOffset>
          </wp:positionV>
          <wp:extent cx="766763" cy="1015048"/>
          <wp:effectExtent l="0" t="0" r="0" b="0"/>
          <wp:wrapNone/>
          <wp:docPr id="1665217716" name="Picture 16652177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081" cy="1015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3DF9">
      <w:rPr>
        <w:rFonts w:eastAsia="Times New Roman" w:cs="Arial"/>
        <w:b/>
        <w:sz w:val="28"/>
        <w:szCs w:val="28"/>
      </w:rPr>
      <w:t>PEMERINTAH PROVINSI KEPULAUAN RIAU</w:t>
    </w:r>
  </w:p>
  <w:p w14:paraId="3A059B66" w14:textId="77777777" w:rsidR="009B3DF9" w:rsidRPr="009B3DF9" w:rsidRDefault="009B3DF9" w:rsidP="009B3DF9">
    <w:pPr>
      <w:spacing w:after="0" w:line="240" w:lineRule="auto"/>
      <w:ind w:left="993" w:right="-142" w:hanging="2"/>
      <w:jc w:val="center"/>
      <w:rPr>
        <w:rFonts w:eastAsia="Times New Roman" w:cs="Arial"/>
        <w:b/>
        <w:sz w:val="36"/>
        <w:szCs w:val="36"/>
      </w:rPr>
    </w:pPr>
    <w:r w:rsidRPr="009B3DF9">
      <w:rPr>
        <w:rFonts w:eastAsia="Times New Roman" w:cs="Arial"/>
        <w:b/>
        <w:sz w:val="32"/>
        <w:szCs w:val="32"/>
      </w:rPr>
      <w:t>BADAN PENGEMBANGAN SUMBER DAYA MANUSIA</w:t>
    </w:r>
  </w:p>
  <w:p w14:paraId="04277CD6" w14:textId="77777777" w:rsidR="009B3DF9" w:rsidRPr="009B3DF9" w:rsidRDefault="009B3DF9" w:rsidP="009B3DF9">
    <w:pPr>
      <w:spacing w:after="0" w:line="240" w:lineRule="auto"/>
      <w:ind w:left="993" w:right="-235" w:hanging="2"/>
      <w:jc w:val="center"/>
      <w:rPr>
        <w:rFonts w:eastAsia="Times New Roman" w:cs="Arial"/>
        <w:sz w:val="20"/>
        <w:szCs w:val="20"/>
      </w:rPr>
    </w:pPr>
    <w:r w:rsidRPr="009B3DF9">
      <w:rPr>
        <w:rFonts w:eastAsia="Times New Roman" w:cs="Arial"/>
        <w:sz w:val="20"/>
        <w:szCs w:val="20"/>
      </w:rPr>
      <w:t xml:space="preserve">Pusat </w:t>
    </w:r>
    <w:proofErr w:type="spellStart"/>
    <w:r w:rsidRPr="009B3DF9">
      <w:rPr>
        <w:rFonts w:eastAsia="Times New Roman" w:cs="Arial"/>
        <w:sz w:val="20"/>
        <w:szCs w:val="20"/>
      </w:rPr>
      <w:t>Pemerintahan</w:t>
    </w:r>
    <w:proofErr w:type="spellEnd"/>
    <w:r w:rsidRPr="009B3DF9">
      <w:rPr>
        <w:rFonts w:eastAsia="Times New Roman" w:cs="Arial"/>
        <w:sz w:val="20"/>
        <w:szCs w:val="20"/>
      </w:rPr>
      <w:t xml:space="preserve"> </w:t>
    </w:r>
    <w:proofErr w:type="spellStart"/>
    <w:r w:rsidRPr="009B3DF9">
      <w:rPr>
        <w:rFonts w:eastAsia="Times New Roman" w:cs="Arial"/>
        <w:sz w:val="20"/>
        <w:szCs w:val="20"/>
      </w:rPr>
      <w:t>Provinsi</w:t>
    </w:r>
    <w:proofErr w:type="spellEnd"/>
    <w:r w:rsidRPr="009B3DF9">
      <w:rPr>
        <w:rFonts w:eastAsia="Times New Roman" w:cs="Arial"/>
        <w:sz w:val="20"/>
        <w:szCs w:val="20"/>
      </w:rPr>
      <w:t xml:space="preserve"> </w:t>
    </w:r>
    <w:proofErr w:type="spellStart"/>
    <w:r w:rsidRPr="009B3DF9">
      <w:rPr>
        <w:rFonts w:eastAsia="Times New Roman" w:cs="Arial"/>
        <w:sz w:val="20"/>
        <w:szCs w:val="20"/>
      </w:rPr>
      <w:t>Kepulauan</w:t>
    </w:r>
    <w:proofErr w:type="spellEnd"/>
    <w:r w:rsidRPr="009B3DF9">
      <w:rPr>
        <w:rFonts w:eastAsia="Times New Roman" w:cs="Arial"/>
        <w:sz w:val="20"/>
        <w:szCs w:val="20"/>
      </w:rPr>
      <w:t xml:space="preserve"> Riau, Bandar Seri Kota </w:t>
    </w:r>
    <w:proofErr w:type="spellStart"/>
    <w:r w:rsidRPr="009B3DF9">
      <w:rPr>
        <w:rFonts w:eastAsia="Times New Roman" w:cs="Arial"/>
        <w:sz w:val="20"/>
        <w:szCs w:val="20"/>
      </w:rPr>
      <w:t>Piring</w:t>
    </w:r>
    <w:proofErr w:type="spellEnd"/>
    <w:r w:rsidRPr="009B3DF9">
      <w:rPr>
        <w:rFonts w:eastAsia="Times New Roman" w:cs="Arial"/>
        <w:sz w:val="20"/>
        <w:szCs w:val="20"/>
      </w:rPr>
      <w:t>,</w:t>
    </w:r>
  </w:p>
  <w:p w14:paraId="79ECDCFA" w14:textId="77777777" w:rsidR="009B3DF9" w:rsidRPr="009B3DF9" w:rsidRDefault="009B3DF9" w:rsidP="009B3DF9">
    <w:pPr>
      <w:spacing w:after="0" w:line="240" w:lineRule="auto"/>
      <w:ind w:left="993" w:right="-235" w:hanging="2"/>
      <w:jc w:val="center"/>
      <w:rPr>
        <w:rFonts w:eastAsia="Times New Roman" w:cs="Arial"/>
        <w:sz w:val="20"/>
        <w:szCs w:val="20"/>
      </w:rPr>
    </w:pPr>
    <w:r w:rsidRPr="009B3DF9">
      <w:rPr>
        <w:rFonts w:eastAsia="Times New Roman" w:cs="Arial"/>
        <w:sz w:val="20"/>
        <w:szCs w:val="20"/>
      </w:rPr>
      <w:t xml:space="preserve">Kawasan </w:t>
    </w:r>
    <w:proofErr w:type="spellStart"/>
    <w:r w:rsidRPr="009B3DF9">
      <w:rPr>
        <w:rFonts w:eastAsia="Times New Roman" w:cs="Arial"/>
        <w:sz w:val="20"/>
        <w:szCs w:val="20"/>
      </w:rPr>
      <w:t>Perkantoran</w:t>
    </w:r>
    <w:proofErr w:type="spellEnd"/>
    <w:r w:rsidRPr="009B3DF9">
      <w:rPr>
        <w:rFonts w:eastAsia="Times New Roman" w:cs="Arial"/>
        <w:sz w:val="20"/>
        <w:szCs w:val="20"/>
      </w:rPr>
      <w:t xml:space="preserve"> Sultan Mahmud Riayat Syah, </w:t>
    </w:r>
  </w:p>
  <w:p w14:paraId="0EE66EB7" w14:textId="77777777" w:rsidR="009B3DF9" w:rsidRPr="009B3DF9" w:rsidRDefault="009B3DF9" w:rsidP="009B3DF9">
    <w:pPr>
      <w:spacing w:after="0" w:line="240" w:lineRule="auto"/>
      <w:ind w:left="993" w:right="-235" w:hanging="2"/>
      <w:jc w:val="center"/>
      <w:rPr>
        <w:rFonts w:eastAsia="Times New Roman" w:cs="Arial"/>
        <w:sz w:val="20"/>
        <w:szCs w:val="20"/>
      </w:rPr>
    </w:pPr>
    <w:r w:rsidRPr="009B3DF9">
      <w:rPr>
        <w:rFonts w:eastAsia="Times New Roman" w:cs="Arial"/>
        <w:sz w:val="20"/>
        <w:szCs w:val="20"/>
      </w:rPr>
      <w:t xml:space="preserve">Gedung Raja Abdul Rahman (Gedung D Lantai 1), </w:t>
    </w:r>
  </w:p>
  <w:p w14:paraId="39321AC1" w14:textId="77777777" w:rsidR="009B3DF9" w:rsidRPr="009B3DF9" w:rsidRDefault="009B3DF9" w:rsidP="009B3DF9">
    <w:pPr>
      <w:spacing w:after="0" w:line="240" w:lineRule="auto"/>
      <w:ind w:left="993" w:right="-235" w:hanging="2"/>
      <w:jc w:val="center"/>
      <w:rPr>
        <w:rFonts w:eastAsia="Times New Roman" w:cs="Arial"/>
        <w:sz w:val="20"/>
        <w:szCs w:val="20"/>
      </w:rPr>
    </w:pPr>
    <w:r w:rsidRPr="009B3DF9">
      <w:rPr>
        <w:rFonts w:eastAsia="Times New Roman" w:cs="Arial"/>
        <w:sz w:val="20"/>
        <w:szCs w:val="20"/>
      </w:rPr>
      <w:t xml:space="preserve">Pulau </w:t>
    </w:r>
    <w:proofErr w:type="spellStart"/>
    <w:r w:rsidRPr="009B3DF9">
      <w:rPr>
        <w:rFonts w:eastAsia="Times New Roman" w:cs="Arial"/>
        <w:sz w:val="20"/>
        <w:szCs w:val="20"/>
      </w:rPr>
      <w:t>Dompak</w:t>
    </w:r>
    <w:proofErr w:type="spellEnd"/>
    <w:r w:rsidRPr="009B3DF9">
      <w:rPr>
        <w:rFonts w:eastAsia="Times New Roman" w:cs="Arial"/>
        <w:sz w:val="20"/>
        <w:szCs w:val="20"/>
      </w:rPr>
      <w:t xml:space="preserve"> Seri Darul Makmur, </w:t>
    </w:r>
    <w:proofErr w:type="spellStart"/>
    <w:r w:rsidRPr="009B3DF9">
      <w:rPr>
        <w:rFonts w:eastAsia="Times New Roman" w:cs="Arial"/>
        <w:sz w:val="20"/>
        <w:szCs w:val="20"/>
      </w:rPr>
      <w:t>Tanjungpinang</w:t>
    </w:r>
    <w:proofErr w:type="spellEnd"/>
    <w:r w:rsidRPr="009B3DF9">
      <w:rPr>
        <w:rFonts w:eastAsia="Times New Roman" w:cs="Arial"/>
        <w:sz w:val="20"/>
        <w:szCs w:val="20"/>
      </w:rPr>
      <w:t>, Kode Pos 29124,</w:t>
    </w:r>
  </w:p>
  <w:p w14:paraId="52392166" w14:textId="77777777" w:rsidR="009B3DF9" w:rsidRPr="009B3DF9" w:rsidRDefault="009B3DF9" w:rsidP="009B3DF9">
    <w:pPr>
      <w:spacing w:after="0" w:line="240" w:lineRule="auto"/>
      <w:ind w:left="993" w:right="-235" w:hanging="2"/>
      <w:jc w:val="center"/>
      <w:rPr>
        <w:rFonts w:eastAsia="Times New Roman" w:cs="Arial"/>
        <w:sz w:val="20"/>
        <w:szCs w:val="20"/>
      </w:rPr>
    </w:pPr>
    <w:r w:rsidRPr="009B3DF9">
      <w:rPr>
        <w:rFonts w:eastAsia="Times New Roman" w:cs="Arial"/>
        <w:sz w:val="20"/>
        <w:szCs w:val="20"/>
      </w:rPr>
      <w:t>Pos-el: bpsdm@kepriprov.go.id, Laman: https://bpsdm.kepriprov.go.id</w:t>
    </w:r>
  </w:p>
  <w:p w14:paraId="74C3243D" w14:textId="77777777" w:rsidR="009B3DF9" w:rsidRPr="009B3DF9" w:rsidRDefault="009B3DF9" w:rsidP="009B3DF9">
    <w:pPr>
      <w:pBdr>
        <w:bottom w:val="single" w:sz="12" w:space="1" w:color="auto"/>
      </w:pBdr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</w:p>
  <w:p w14:paraId="035992F6" w14:textId="77777777" w:rsidR="009B3DF9" w:rsidRDefault="009B3D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0032184">
    <w:abstractNumId w:val="8"/>
  </w:num>
  <w:num w:numId="2" w16cid:durableId="115224250">
    <w:abstractNumId w:val="6"/>
  </w:num>
  <w:num w:numId="3" w16cid:durableId="1621959813">
    <w:abstractNumId w:val="5"/>
  </w:num>
  <w:num w:numId="4" w16cid:durableId="1941402403">
    <w:abstractNumId w:val="4"/>
  </w:num>
  <w:num w:numId="5" w16cid:durableId="966474710">
    <w:abstractNumId w:val="7"/>
  </w:num>
  <w:num w:numId="6" w16cid:durableId="332490350">
    <w:abstractNumId w:val="3"/>
  </w:num>
  <w:num w:numId="7" w16cid:durableId="388068125">
    <w:abstractNumId w:val="2"/>
  </w:num>
  <w:num w:numId="8" w16cid:durableId="1389768148">
    <w:abstractNumId w:val="1"/>
  </w:num>
  <w:num w:numId="9" w16cid:durableId="71659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4655"/>
    <w:rsid w:val="003D0E83"/>
    <w:rsid w:val="00606FF6"/>
    <w:rsid w:val="007059FA"/>
    <w:rsid w:val="009B3DF9"/>
    <w:rsid w:val="00AA1D8D"/>
    <w:rsid w:val="00B47730"/>
    <w:rsid w:val="00CB0664"/>
    <w:rsid w:val="00CE26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E425B4"/>
  <w14:defaultImageDpi w14:val="300"/>
  <w15:docId w15:val="{46BC7F63-4545-438B-BADB-99F404F2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8</cp:revision>
  <dcterms:created xsi:type="dcterms:W3CDTF">2013-12-23T23:15:00Z</dcterms:created>
  <dcterms:modified xsi:type="dcterms:W3CDTF">2026-09-07T08:34:00Z</dcterms:modified>
  <cp:category/>
</cp:coreProperties>
</file>